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59E9" w14:textId="77777777" w:rsidR="003A1F39" w:rsidRDefault="003A1F39">
      <w:pPr>
        <w:jc w:val="center"/>
        <w:rPr>
          <w:rFonts w:asciiTheme="majorHAnsi" w:hAnsiTheme="majorHAnsi" w:cstheme="majorHAnsi"/>
          <w:b/>
          <w:sz w:val="22"/>
        </w:rPr>
      </w:pPr>
    </w:p>
    <w:p w14:paraId="57510A9B" w14:textId="5C93ECBD" w:rsidR="003A1F39" w:rsidRPr="00734698" w:rsidRDefault="00207FB2" w:rsidP="00734698">
      <w:pPr>
        <w:jc w:val="center"/>
        <w:rPr>
          <w:rFonts w:asciiTheme="majorHAnsi" w:hAnsiTheme="majorHAnsi" w:cstheme="majorHAnsi"/>
          <w:b/>
          <w:sz w:val="22"/>
        </w:rPr>
      </w:pPr>
      <w:r w:rsidRPr="00CB1FE4">
        <w:rPr>
          <w:rFonts w:asciiTheme="majorHAnsi" w:hAnsiTheme="majorHAnsi" w:cstheme="majorHAnsi"/>
          <w:b/>
          <w:sz w:val="22"/>
        </w:rPr>
        <w:t>FORMULARZ WYBORU KANDYDATÓW DO WARSZAWSKIEJ RADY DZIAŁALNOŚCI POŻYTKU PUBLICZNEGO</w:t>
      </w:r>
      <w:r w:rsidRPr="00CB1FE4">
        <w:rPr>
          <w:rFonts w:asciiTheme="majorHAnsi" w:hAnsiTheme="majorHAnsi" w:cstheme="majorHAnsi"/>
          <w:b/>
          <w:sz w:val="22"/>
        </w:rPr>
        <w:br/>
        <w:t>NA KADENCJĘ W LATACH 2026-2029</w:t>
      </w:r>
    </w:p>
    <w:p w14:paraId="7394CD03" w14:textId="77777777" w:rsidR="00595B35" w:rsidRPr="00CB1FE4" w:rsidRDefault="00207FB2">
      <w:pPr>
        <w:spacing w:after="40"/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>Niniejszym moja (nasza) organizacja oddaje głos na następujące kandydatury (nie więcej niż 12) na członków Warszawskiej Rady Działalności Pożytku Publicznego na kadencję w latach 2026-2029.</w:t>
      </w:r>
    </w:p>
    <w:p w14:paraId="2E1F7F56" w14:textId="77777777" w:rsidR="003A1F39" w:rsidRPr="00CB1FE4" w:rsidRDefault="003A1F39">
      <w:pPr>
        <w:spacing w:after="40"/>
        <w:rPr>
          <w:rFonts w:asciiTheme="majorHAnsi" w:hAnsiTheme="majorHAnsi" w:cstheme="majorHAnsi"/>
          <w:sz w:val="22"/>
        </w:rPr>
      </w:pPr>
    </w:p>
    <w:p w14:paraId="2E89E2A1" w14:textId="0DFF52B0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344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Adamska-Dutkiewicz Katarzyna</w:t>
      </w:r>
    </w:p>
    <w:p w14:paraId="7AC7FBBF" w14:textId="0964D1D9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927162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Biraga Sylwester</w:t>
      </w:r>
    </w:p>
    <w:p w14:paraId="6511D69B" w14:textId="702D7CA9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2146883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Dobrowolska Agnieszka</w:t>
      </w:r>
    </w:p>
    <w:p w14:paraId="7862DAD6" w14:textId="6FE06722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248039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Giera</w:t>
      </w:r>
      <w:r w:rsidR="003A1F39" w:rsidRPr="00CB1FE4">
        <w:rPr>
          <w:rFonts w:asciiTheme="majorHAnsi" w:hAnsiTheme="majorHAnsi" w:cstheme="majorHAnsi"/>
          <w:sz w:val="24"/>
          <w:szCs w:val="24"/>
        </w:rPr>
        <w:t>ł</w:t>
      </w:r>
      <w:r w:rsidR="00054AB0" w:rsidRPr="00CB1FE4">
        <w:rPr>
          <w:rFonts w:asciiTheme="majorHAnsi" w:hAnsiTheme="majorHAnsi" w:cstheme="majorHAnsi"/>
          <w:sz w:val="24"/>
          <w:szCs w:val="24"/>
        </w:rPr>
        <w:t>towska Anna</w:t>
      </w:r>
    </w:p>
    <w:p w14:paraId="03723E7B" w14:textId="2FE3FD50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913745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1F39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Harasimowicz Tomasz</w:t>
      </w:r>
    </w:p>
    <w:p w14:paraId="50D3962D" w14:textId="6267F595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271440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Hebanowski Witold</w:t>
      </w:r>
    </w:p>
    <w:p w14:paraId="60351D9A" w14:textId="49453DA7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557714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Iwaniukowicz Bożena</w:t>
      </w:r>
    </w:p>
    <w:p w14:paraId="70BD944E" w14:textId="0EE17D90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480007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Jachimiak Rafał</w:t>
      </w:r>
    </w:p>
    <w:p w14:paraId="33EF5BBD" w14:textId="41C4982A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852252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Kaliszek Piotr</w:t>
      </w:r>
    </w:p>
    <w:p w14:paraId="009F2E9E" w14:textId="2E0E4E30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476948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Kamińska Magdalena</w:t>
      </w:r>
    </w:p>
    <w:p w14:paraId="75CC056A" w14:textId="75DA61DF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929341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Kapturzak Iwona</w:t>
      </w:r>
    </w:p>
    <w:p w14:paraId="2EF89F2F" w14:textId="55E9B16E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181321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Krasnodębska Joanna</w:t>
      </w:r>
    </w:p>
    <w:p w14:paraId="12FF8DD7" w14:textId="0148A7E6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528453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Kusy Joanna</w:t>
      </w:r>
    </w:p>
    <w:p w14:paraId="70F13AAF" w14:textId="5B5DDB59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576706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Mrowiec Andrzej</w:t>
      </w:r>
    </w:p>
    <w:p w14:paraId="716533A6" w14:textId="3AB4D966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563213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Szczepański Tomasz</w:t>
      </w:r>
    </w:p>
    <w:p w14:paraId="527B4CAF" w14:textId="4704EADB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900755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Włodkowski Bartłomiej</w:t>
      </w:r>
    </w:p>
    <w:p w14:paraId="5F39A645" w14:textId="4BD31731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437056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Zieleni</w:t>
      </w:r>
      <w:r w:rsidR="003A1F39" w:rsidRPr="00CB1FE4">
        <w:rPr>
          <w:rFonts w:asciiTheme="majorHAnsi" w:hAnsiTheme="majorHAnsi" w:cstheme="majorHAnsi"/>
          <w:sz w:val="24"/>
          <w:szCs w:val="24"/>
        </w:rPr>
        <w:t>e</w:t>
      </w:r>
      <w:r w:rsidR="00054AB0" w:rsidRPr="00CB1FE4">
        <w:rPr>
          <w:rFonts w:asciiTheme="majorHAnsi" w:hAnsiTheme="majorHAnsi" w:cstheme="majorHAnsi"/>
          <w:sz w:val="24"/>
          <w:szCs w:val="24"/>
        </w:rPr>
        <w:t>wski Rafał</w:t>
      </w:r>
    </w:p>
    <w:p w14:paraId="41AC96F5" w14:textId="3CBE47B3" w:rsidR="00595B35" w:rsidRPr="00CB1FE4" w:rsidRDefault="00000000">
      <w:pPr>
        <w:spacing w:after="0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62443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4AB0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4AB0" w:rsidRPr="00CB1FE4">
        <w:rPr>
          <w:rFonts w:asciiTheme="majorHAnsi" w:hAnsiTheme="majorHAnsi" w:cstheme="majorHAnsi"/>
          <w:sz w:val="24"/>
          <w:szCs w:val="24"/>
        </w:rPr>
        <w:t xml:space="preserve"> Zielińska Anna</w:t>
      </w:r>
    </w:p>
    <w:p w14:paraId="2277A0D3" w14:textId="77777777" w:rsidR="00521D9E" w:rsidRPr="00CB1FE4" w:rsidRDefault="00521D9E">
      <w:pPr>
        <w:rPr>
          <w:rFonts w:asciiTheme="majorHAnsi" w:hAnsiTheme="majorHAnsi" w:cstheme="majorHAnsi"/>
          <w:sz w:val="22"/>
        </w:rPr>
      </w:pPr>
    </w:p>
    <w:p w14:paraId="15281271" w14:textId="0224B5BB" w:rsidR="00595B35" w:rsidRPr="00CB1FE4" w:rsidRDefault="00207FB2">
      <w:p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>Nazwa organizacji:</w:t>
      </w:r>
      <w:sdt>
        <w:sdtPr>
          <w:rPr>
            <w:rFonts w:asciiTheme="majorHAnsi" w:hAnsiTheme="majorHAnsi" w:cstheme="majorHAnsi"/>
            <w:sz w:val="22"/>
          </w:rPr>
          <w:id w:val="519441939"/>
          <w:placeholder>
            <w:docPart w:val="DefaultPlaceholder_-1854013440"/>
          </w:placeholder>
          <w:showingPlcHdr/>
          <w:text/>
        </w:sdtPr>
        <w:sdtContent>
          <w:r w:rsidR="00054AB0" w:rsidRPr="00CB1FE4">
            <w:rPr>
              <w:rStyle w:val="Tekstzastpczy"/>
              <w:rFonts w:asciiTheme="majorHAnsi" w:hAnsiTheme="majorHAnsi" w:cstheme="majorHAnsi"/>
            </w:rPr>
            <w:t>Kliknij lub naciśnij tutaj, aby wprowadzić tekst.</w:t>
          </w:r>
        </w:sdtContent>
      </w:sdt>
    </w:p>
    <w:p w14:paraId="3D583FEF" w14:textId="483CE23F" w:rsidR="00595B35" w:rsidRPr="00CB1FE4" w:rsidRDefault="00207FB2">
      <w:p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 xml:space="preserve">nr KRS (lub innego rejestru lub ewidencji – proszę podać jakiego): </w:t>
      </w:r>
      <w:sdt>
        <w:sdtPr>
          <w:rPr>
            <w:rFonts w:asciiTheme="majorHAnsi" w:hAnsiTheme="majorHAnsi" w:cstheme="majorHAnsi"/>
            <w:sz w:val="22"/>
          </w:rPr>
          <w:id w:val="-2143874769"/>
          <w:placeholder>
            <w:docPart w:val="854BD252F8694D91890767A2DB3F579D"/>
          </w:placeholder>
          <w:showingPlcHdr/>
          <w:text/>
        </w:sdtPr>
        <w:sdtContent>
          <w:r w:rsidR="00054AB0" w:rsidRPr="00CB1FE4">
            <w:rPr>
              <w:rStyle w:val="Tekstzastpczy"/>
              <w:rFonts w:asciiTheme="majorHAnsi" w:hAnsiTheme="majorHAnsi" w:cstheme="majorHAnsi"/>
            </w:rPr>
            <w:t>Kliknij lub naciśnij tutaj, aby wprowadzić tekst.</w:t>
          </w:r>
        </w:sdtContent>
      </w:sdt>
    </w:p>
    <w:p w14:paraId="7D998737" w14:textId="77777777" w:rsidR="00595B35" w:rsidRPr="00CB1FE4" w:rsidRDefault="00207FB2">
      <w:p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>Jednocześnie oświadczam (oświadczamy), że organizacja działa na terenie Warszawy.</w:t>
      </w:r>
    </w:p>
    <w:p w14:paraId="05E54F8E" w14:textId="2BDF43B5" w:rsidR="00595B35" w:rsidRPr="00CB1FE4" w:rsidRDefault="00000000">
      <w:pPr>
        <w:rPr>
          <w:rFonts w:asciiTheme="majorHAnsi" w:hAnsiTheme="majorHAnsi" w:cstheme="majorHAnsi"/>
          <w:sz w:val="22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947818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1FE4" w:rsidRPr="00CB1F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B1FE4" w:rsidRPr="00CB1FE4">
        <w:rPr>
          <w:rFonts w:asciiTheme="majorHAnsi" w:hAnsiTheme="majorHAnsi" w:cstheme="majorHAnsi"/>
          <w:sz w:val="24"/>
          <w:szCs w:val="24"/>
        </w:rPr>
        <w:t xml:space="preserve"> </w:t>
      </w:r>
      <w:r w:rsidR="00054AB0" w:rsidRPr="00CB1FE4">
        <w:rPr>
          <w:rFonts w:asciiTheme="majorHAnsi" w:hAnsiTheme="majorHAnsi" w:cstheme="majorHAnsi"/>
          <w:sz w:val="22"/>
        </w:rPr>
        <w:t>Oświadczam(y), że organizacja działa na terenie Warszawy.</w:t>
      </w:r>
    </w:p>
    <w:p w14:paraId="4929B6C1" w14:textId="77777777" w:rsidR="00595B35" w:rsidRPr="00CB1FE4" w:rsidRDefault="00207FB2">
      <w:p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>Czytelny podpis osoby upoważnionej lub czytelne podpisy osób upoważnionych do składania oświadczeń woli w imieniu organizacji:</w:t>
      </w:r>
    </w:p>
    <w:p w14:paraId="0FC0BF62" w14:textId="77777777" w:rsidR="00734698" w:rsidRDefault="00207FB2">
      <w:p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>___________________________________________________________</w:t>
      </w:r>
      <w:r w:rsidR="00E80020" w:rsidRPr="00CB1FE4">
        <w:rPr>
          <w:rFonts w:asciiTheme="majorHAnsi" w:hAnsiTheme="majorHAnsi" w:cstheme="majorHAnsi"/>
          <w:sz w:val="22"/>
        </w:rPr>
        <w:t>_</w:t>
      </w:r>
      <w:r w:rsidR="00E80020">
        <w:rPr>
          <w:rFonts w:asciiTheme="majorHAnsi" w:hAnsiTheme="majorHAnsi" w:cstheme="majorHAnsi"/>
          <w:sz w:val="22"/>
        </w:rPr>
        <w:t xml:space="preserve"> </w:t>
      </w:r>
    </w:p>
    <w:p w14:paraId="32E802C1" w14:textId="707AB9F0" w:rsidR="00595B35" w:rsidRPr="00CB1FE4" w:rsidRDefault="00E80020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Data</w:t>
      </w:r>
      <w:r w:rsidR="00207FB2" w:rsidRPr="00CB1FE4">
        <w:rPr>
          <w:rFonts w:asciiTheme="majorHAnsi" w:hAnsiTheme="majorHAnsi" w:cstheme="majorHAnsi"/>
          <w:sz w:val="22"/>
        </w:rPr>
        <w:t xml:space="preserve">: </w:t>
      </w:r>
      <w:sdt>
        <w:sdtPr>
          <w:rPr>
            <w:rFonts w:asciiTheme="majorHAnsi" w:hAnsiTheme="majorHAnsi" w:cstheme="majorHAnsi"/>
            <w:sz w:val="22"/>
          </w:rPr>
          <w:id w:val="820468592"/>
          <w:placeholder>
            <w:docPart w:val="DefaultPlaceholder_-1854013437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CB1FE4" w:rsidRPr="00E80020">
            <w:rPr>
              <w:rStyle w:val="Tekstzastpczy"/>
            </w:rPr>
            <w:t>Kliknij lub naciśnij, aby wprowadzić datę.</w:t>
          </w:r>
        </w:sdtContent>
      </w:sdt>
    </w:p>
    <w:p w14:paraId="0E9A1F28" w14:textId="77777777" w:rsidR="003A1F39" w:rsidRPr="00CB1FE4" w:rsidRDefault="003A1F39">
      <w:pPr>
        <w:rPr>
          <w:rFonts w:asciiTheme="majorHAnsi" w:hAnsiTheme="majorHAnsi" w:cstheme="majorHAnsi"/>
          <w:sz w:val="22"/>
        </w:rPr>
      </w:pPr>
    </w:p>
    <w:p w14:paraId="7A7AF0D0" w14:textId="77777777" w:rsidR="00CB1FE4" w:rsidRPr="00CB1FE4" w:rsidRDefault="00CB1FE4" w:rsidP="00CB1FE4">
      <w:p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lastRenderedPageBreak/>
        <w:t xml:space="preserve">Wypełniony formularz należy dostarczyć </w:t>
      </w:r>
      <w:r w:rsidRPr="00CB1FE4">
        <w:rPr>
          <w:rFonts w:asciiTheme="majorHAnsi" w:hAnsiTheme="majorHAnsi" w:cstheme="majorHAnsi"/>
          <w:b/>
          <w:bCs/>
          <w:sz w:val="22"/>
        </w:rPr>
        <w:t>do dnia 12 października 2026 roku</w:t>
      </w:r>
      <w:r w:rsidRPr="00CB1FE4">
        <w:rPr>
          <w:rFonts w:asciiTheme="majorHAnsi" w:hAnsiTheme="majorHAnsi" w:cstheme="majorHAnsi"/>
          <w:sz w:val="22"/>
        </w:rPr>
        <w:t xml:space="preserve"> (liczy się data wpływu):</w:t>
      </w:r>
    </w:p>
    <w:p w14:paraId="59756248" w14:textId="4FC353EF" w:rsidR="00CB1FE4" w:rsidRPr="00CB1FE4" w:rsidRDefault="00CB1FE4" w:rsidP="00CB1FE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proofErr w:type="spellStart"/>
      <w:r w:rsidRPr="00CB1FE4">
        <w:rPr>
          <w:rFonts w:asciiTheme="majorHAnsi" w:hAnsiTheme="majorHAnsi" w:cstheme="majorHAnsi"/>
          <w:sz w:val="22"/>
        </w:rPr>
        <w:t>na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adres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poczty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elektronicznej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sdt>
        <w:sdtPr>
          <w:rPr>
            <w:rFonts w:asciiTheme="majorHAnsi" w:hAnsiTheme="majorHAnsi" w:cstheme="majorHAnsi"/>
            <w:sz w:val="22"/>
          </w:rPr>
          <w:id w:val="653258097"/>
          <w:placeholder>
            <w:docPart w:val="DefaultPlaceholder_-1854013440"/>
          </w:placeholder>
        </w:sdtPr>
        <w:sdtEndPr>
          <w:rPr>
            <w:rFonts w:ascii="Aptos" w:hAnsi="Aptos" w:cstheme="minorBidi"/>
            <w:sz w:val="20"/>
          </w:rPr>
        </w:sdtEndPr>
        <w:sdtContent>
          <w:hyperlink r:id="rId8" w:history="1">
            <w:r w:rsidRPr="00CB1FE4">
              <w:rPr>
                <w:rStyle w:val="Hipercze"/>
                <w:rFonts w:asciiTheme="majorHAnsi" w:hAnsiTheme="majorHAnsi" w:cstheme="majorHAnsi"/>
                <w:sz w:val="22"/>
              </w:rPr>
              <w:t>ngo@um.warszawa.pl</w:t>
            </w:r>
          </w:hyperlink>
        </w:sdtContent>
      </w:sdt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albo</w:t>
      </w:r>
      <w:proofErr w:type="spellEnd"/>
    </w:p>
    <w:p w14:paraId="074854C7" w14:textId="427AB2A3" w:rsidR="00CB1FE4" w:rsidRPr="00CB1FE4" w:rsidRDefault="00CB1FE4" w:rsidP="00CB1FE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proofErr w:type="spellStart"/>
      <w:r w:rsidRPr="00CB1FE4">
        <w:rPr>
          <w:rFonts w:asciiTheme="majorHAnsi" w:hAnsiTheme="majorHAnsi" w:cstheme="majorHAnsi"/>
          <w:sz w:val="22"/>
        </w:rPr>
        <w:t>na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adres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doręczeń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elektronicznych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sdt>
        <w:sdtPr>
          <w:rPr>
            <w:rFonts w:asciiTheme="majorHAnsi" w:hAnsiTheme="majorHAnsi" w:cstheme="majorHAnsi"/>
            <w:sz w:val="22"/>
          </w:rPr>
          <w:id w:val="-263836189"/>
          <w:placeholder>
            <w:docPart w:val="DefaultPlaceholder_-1854013440"/>
          </w:placeholder>
        </w:sdtPr>
        <w:sdtContent>
          <w:r w:rsidRPr="00CB1FE4">
            <w:rPr>
              <w:rFonts w:asciiTheme="majorHAnsi" w:hAnsiTheme="majorHAnsi" w:cstheme="majorHAnsi"/>
              <w:sz w:val="22"/>
            </w:rPr>
            <w:t>AE:PL-79408-50689-FDSVF-21</w:t>
          </w:r>
        </w:sdtContent>
      </w:sdt>
      <w:r w:rsidRPr="00CB1FE4">
        <w:rPr>
          <w:rFonts w:asciiTheme="majorHAnsi" w:hAnsiTheme="majorHAnsi" w:cstheme="majorHAnsi"/>
          <w:sz w:val="22"/>
        </w:rPr>
        <w:t xml:space="preserve">, z </w:t>
      </w:r>
      <w:proofErr w:type="spellStart"/>
      <w:r w:rsidRPr="00CB1FE4">
        <w:rPr>
          <w:rFonts w:asciiTheme="majorHAnsi" w:hAnsiTheme="majorHAnsi" w:cstheme="majorHAnsi"/>
          <w:sz w:val="22"/>
        </w:rPr>
        <w:t>dopiskiem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Centrum Komunikacji Społecznej</w:t>
      </w:r>
    </w:p>
    <w:p w14:paraId="7CE909FD" w14:textId="18380792" w:rsidR="00CB1FE4" w:rsidRPr="00CB1FE4" w:rsidRDefault="00CB1FE4" w:rsidP="00CB1FE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proofErr w:type="spellStart"/>
      <w:r w:rsidRPr="00CB1FE4">
        <w:rPr>
          <w:rFonts w:asciiTheme="majorHAnsi" w:hAnsiTheme="majorHAnsi" w:cstheme="majorHAnsi"/>
          <w:sz w:val="22"/>
        </w:rPr>
        <w:t>na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nr </w:t>
      </w:r>
      <w:proofErr w:type="spellStart"/>
      <w:r w:rsidRPr="00CB1FE4">
        <w:rPr>
          <w:rFonts w:asciiTheme="majorHAnsi" w:hAnsiTheme="majorHAnsi" w:cstheme="majorHAnsi"/>
          <w:sz w:val="22"/>
        </w:rPr>
        <w:t>faksu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sdt>
        <w:sdtPr>
          <w:rPr>
            <w:rFonts w:asciiTheme="majorHAnsi" w:hAnsiTheme="majorHAnsi" w:cstheme="majorHAnsi"/>
            <w:sz w:val="22"/>
          </w:rPr>
          <w:id w:val="1896703341"/>
          <w:placeholder>
            <w:docPart w:val="DefaultPlaceholder_-1854013440"/>
          </w:placeholder>
        </w:sdtPr>
        <w:sdtContent>
          <w:r w:rsidRPr="00CB1FE4">
            <w:rPr>
              <w:rFonts w:asciiTheme="majorHAnsi" w:hAnsiTheme="majorHAnsi" w:cstheme="majorHAnsi"/>
              <w:sz w:val="22"/>
            </w:rPr>
            <w:t>224433402</w:t>
          </w:r>
        </w:sdtContent>
      </w:sdt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albo</w:t>
      </w:r>
      <w:proofErr w:type="spellEnd"/>
    </w:p>
    <w:p w14:paraId="13313BDA" w14:textId="2107C467" w:rsidR="00CB1FE4" w:rsidRPr="00CB1FE4" w:rsidRDefault="00CB1FE4" w:rsidP="00CB1FE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proofErr w:type="spellStart"/>
      <w:r w:rsidRPr="00CB1FE4">
        <w:rPr>
          <w:rFonts w:asciiTheme="majorHAnsi" w:hAnsiTheme="majorHAnsi" w:cstheme="majorHAnsi"/>
          <w:sz w:val="22"/>
        </w:rPr>
        <w:t>na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adres</w:t>
      </w:r>
      <w:proofErr w:type="spellEnd"/>
      <w:r w:rsidRPr="00CB1FE4">
        <w:rPr>
          <w:rFonts w:asciiTheme="majorHAnsi" w:hAnsiTheme="majorHAnsi" w:cstheme="majorHAnsi"/>
          <w:sz w:val="22"/>
        </w:rPr>
        <w:t xml:space="preserve"> </w:t>
      </w:r>
      <w:sdt>
        <w:sdtPr>
          <w:rPr>
            <w:rFonts w:asciiTheme="majorHAnsi" w:hAnsiTheme="majorHAnsi" w:cstheme="majorHAnsi"/>
            <w:sz w:val="22"/>
          </w:rPr>
          <w:id w:val="-2079582271"/>
          <w:placeholder>
            <w:docPart w:val="DefaultPlaceholder_-1854013440"/>
          </w:placeholder>
        </w:sdtPr>
        <w:sdtContent>
          <w:r w:rsidRPr="00CB1FE4">
            <w:rPr>
              <w:rFonts w:asciiTheme="majorHAnsi" w:hAnsiTheme="majorHAnsi" w:cstheme="majorHAnsi"/>
              <w:sz w:val="22"/>
            </w:rPr>
            <w:t xml:space="preserve">Centrum Komunikacji </w:t>
          </w:r>
          <w:proofErr w:type="spellStart"/>
          <w:r w:rsidRPr="00CB1FE4">
            <w:rPr>
              <w:rFonts w:asciiTheme="majorHAnsi" w:hAnsiTheme="majorHAnsi" w:cstheme="majorHAnsi"/>
              <w:sz w:val="22"/>
            </w:rPr>
            <w:t>Społecznej</w:t>
          </w:r>
          <w:proofErr w:type="spellEnd"/>
          <w:r w:rsidRPr="00CB1FE4">
            <w:rPr>
              <w:rFonts w:asciiTheme="majorHAnsi" w:hAnsiTheme="majorHAnsi" w:cstheme="majorHAnsi"/>
              <w:sz w:val="22"/>
            </w:rPr>
            <w:t xml:space="preserve"> </w:t>
          </w:r>
          <w:proofErr w:type="spellStart"/>
          <w:r w:rsidRPr="00CB1FE4">
            <w:rPr>
              <w:rFonts w:asciiTheme="majorHAnsi" w:hAnsiTheme="majorHAnsi" w:cstheme="majorHAnsi"/>
              <w:sz w:val="22"/>
            </w:rPr>
            <w:t>Urzędu</w:t>
          </w:r>
          <w:proofErr w:type="spellEnd"/>
          <w:r w:rsidRPr="00CB1FE4">
            <w:rPr>
              <w:rFonts w:asciiTheme="majorHAnsi" w:hAnsiTheme="majorHAnsi" w:cstheme="majorHAnsi"/>
              <w:sz w:val="22"/>
            </w:rPr>
            <w:t xml:space="preserve"> m.st. Warszawy, Aleje Jerozolimskie 44, 00-024 Warszawa</w:t>
          </w:r>
        </w:sdtContent>
      </w:sdt>
      <w:r w:rsidRPr="00CB1FE4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CB1FE4">
        <w:rPr>
          <w:rFonts w:asciiTheme="majorHAnsi" w:hAnsiTheme="majorHAnsi" w:cstheme="majorHAnsi"/>
          <w:sz w:val="22"/>
        </w:rPr>
        <w:t>albo</w:t>
      </w:r>
      <w:proofErr w:type="spellEnd"/>
    </w:p>
    <w:p w14:paraId="62D1E74B" w14:textId="77777777" w:rsidR="00CB1FE4" w:rsidRPr="00CB1FE4" w:rsidRDefault="00CB1FE4" w:rsidP="00CB1FE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sz w:val="22"/>
        </w:rPr>
      </w:pPr>
      <w:r w:rsidRPr="00CB1FE4">
        <w:rPr>
          <w:rFonts w:asciiTheme="majorHAnsi" w:hAnsiTheme="majorHAnsi" w:cstheme="majorHAnsi"/>
          <w:sz w:val="22"/>
        </w:rPr>
        <w:t>do siedziby Centrum Komunikacji Społecznej Urzędu m.st. Warszawy, ul. L. Kruczkowskiego 2, I piętro, sekretariat, 00-412 Warszawa.</w:t>
      </w:r>
    </w:p>
    <w:p w14:paraId="5BEBD2FB" w14:textId="77777777" w:rsidR="00CB1FE4" w:rsidRPr="00CB1FE4" w:rsidRDefault="00CB1FE4" w:rsidP="00CB1FE4">
      <w:pPr>
        <w:ind w:left="360"/>
        <w:rPr>
          <w:rFonts w:asciiTheme="majorHAnsi" w:hAnsiTheme="majorHAnsi" w:cstheme="majorHAnsi"/>
          <w:b/>
          <w:sz w:val="22"/>
        </w:rPr>
      </w:pPr>
      <w:r w:rsidRPr="00CB1FE4">
        <w:rPr>
          <w:rFonts w:asciiTheme="majorHAnsi" w:hAnsiTheme="majorHAnsi" w:cstheme="majorHAnsi"/>
          <w:b/>
          <w:sz w:val="22"/>
        </w:rPr>
        <w:t>Formularz będzie ważny, gdy głos zostanie oddany na nie więcej niż 12 kandydatur z powyższej listy, wszystkie pola zostaną poprawnie wypełnione i formularz zostanie dostarczony we wskazanym terminie.</w:t>
      </w:r>
    </w:p>
    <w:p w14:paraId="11B65CA6" w14:textId="77777777" w:rsidR="003A1F39" w:rsidRDefault="003A1F39">
      <w:pPr>
        <w:rPr>
          <w:rFonts w:asciiTheme="majorHAnsi" w:hAnsiTheme="majorHAnsi" w:cstheme="majorHAnsi"/>
          <w:sz w:val="22"/>
        </w:rPr>
      </w:pPr>
    </w:p>
    <w:p w14:paraId="273738DF" w14:textId="77777777" w:rsidR="00CB1FE4" w:rsidRPr="00CB1FE4" w:rsidRDefault="00CB1FE4" w:rsidP="00CB1FE4">
      <w:pPr>
        <w:rPr>
          <w:rFonts w:asciiTheme="majorHAnsi" w:hAnsiTheme="majorHAnsi" w:cstheme="majorHAnsi"/>
          <w:sz w:val="22"/>
        </w:rPr>
      </w:pPr>
    </w:p>
    <w:p w14:paraId="2EDE5358" w14:textId="77777777" w:rsidR="00CB1FE4" w:rsidRPr="00CB1FE4" w:rsidRDefault="00CB1FE4" w:rsidP="00CB1FE4">
      <w:pPr>
        <w:rPr>
          <w:rFonts w:asciiTheme="majorHAnsi" w:hAnsiTheme="majorHAnsi" w:cstheme="majorHAnsi"/>
          <w:sz w:val="22"/>
        </w:rPr>
      </w:pPr>
    </w:p>
    <w:p w14:paraId="2C043B6F" w14:textId="77777777" w:rsidR="00CB1FE4" w:rsidRDefault="00CB1FE4" w:rsidP="00CB1FE4">
      <w:pPr>
        <w:rPr>
          <w:rFonts w:asciiTheme="majorHAnsi" w:hAnsiTheme="majorHAnsi" w:cstheme="majorHAnsi"/>
          <w:sz w:val="22"/>
        </w:rPr>
      </w:pPr>
    </w:p>
    <w:p w14:paraId="09771768" w14:textId="38C9AD06" w:rsidR="00CB1FE4" w:rsidRPr="00CB1FE4" w:rsidRDefault="00CB1FE4" w:rsidP="00CB1FE4">
      <w:pPr>
        <w:tabs>
          <w:tab w:val="left" w:pos="2595"/>
        </w:tabs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ab/>
      </w:r>
    </w:p>
    <w:sectPr w:rsidR="00CB1FE4" w:rsidRPr="00CB1FE4" w:rsidSect="00034616">
      <w:footerReference w:type="default" r:id="rId9"/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FCFEC" w14:textId="77777777" w:rsidR="008E1C6C" w:rsidRDefault="008E1C6C" w:rsidP="00521D9E">
      <w:pPr>
        <w:spacing w:after="0" w:line="240" w:lineRule="auto"/>
      </w:pPr>
      <w:r>
        <w:separator/>
      </w:r>
    </w:p>
  </w:endnote>
  <w:endnote w:type="continuationSeparator" w:id="0">
    <w:p w14:paraId="20F2F9B6" w14:textId="77777777" w:rsidR="008E1C6C" w:rsidRDefault="008E1C6C" w:rsidP="0052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34559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62A8F8" w14:textId="4C8F1645" w:rsidR="00E80020" w:rsidRDefault="00E80020">
            <w:pPr>
              <w:pStyle w:val="Stopka"/>
              <w:jc w:val="right"/>
            </w:pPr>
            <w:r w:rsidRPr="00E80020">
              <w:rPr>
                <w:rFonts w:asciiTheme="majorHAnsi" w:hAnsiTheme="majorHAnsi" w:cstheme="majorHAnsi"/>
                <w:sz w:val="22"/>
                <w:lang w:val="pl-PL"/>
              </w:rPr>
              <w:t xml:space="preserve">Strona </w:t>
            </w:r>
            <w:r w:rsidRPr="00E80020">
              <w:rPr>
                <w:rFonts w:asciiTheme="majorHAnsi" w:hAnsiTheme="majorHAnsi" w:cstheme="majorHAnsi"/>
                <w:sz w:val="22"/>
              </w:rPr>
              <w:fldChar w:fldCharType="begin"/>
            </w:r>
            <w:r w:rsidRPr="00E80020">
              <w:rPr>
                <w:rFonts w:asciiTheme="majorHAnsi" w:hAnsiTheme="majorHAnsi" w:cstheme="majorHAnsi"/>
                <w:sz w:val="22"/>
              </w:rPr>
              <w:instrText>PAGE</w:instrText>
            </w:r>
            <w:r w:rsidRPr="00E80020">
              <w:rPr>
                <w:rFonts w:asciiTheme="majorHAnsi" w:hAnsiTheme="majorHAnsi" w:cstheme="majorHAnsi"/>
                <w:sz w:val="22"/>
              </w:rPr>
              <w:fldChar w:fldCharType="separate"/>
            </w:r>
            <w:r w:rsidRPr="00E80020">
              <w:rPr>
                <w:rFonts w:asciiTheme="majorHAnsi" w:hAnsiTheme="majorHAnsi" w:cstheme="majorHAnsi"/>
                <w:sz w:val="22"/>
                <w:lang w:val="pl-PL"/>
              </w:rPr>
              <w:t>2</w:t>
            </w:r>
            <w:r w:rsidRPr="00E80020">
              <w:rPr>
                <w:rFonts w:asciiTheme="majorHAnsi" w:hAnsiTheme="majorHAnsi" w:cstheme="majorHAnsi"/>
                <w:sz w:val="22"/>
              </w:rPr>
              <w:fldChar w:fldCharType="end"/>
            </w:r>
            <w:r w:rsidRPr="00E80020">
              <w:rPr>
                <w:rFonts w:asciiTheme="majorHAnsi" w:hAnsiTheme="majorHAnsi" w:cstheme="majorHAnsi"/>
                <w:sz w:val="22"/>
                <w:lang w:val="pl-PL"/>
              </w:rPr>
              <w:t xml:space="preserve"> z </w:t>
            </w:r>
            <w:r w:rsidRPr="00E80020">
              <w:rPr>
                <w:rFonts w:asciiTheme="majorHAnsi" w:hAnsiTheme="majorHAnsi" w:cstheme="majorHAnsi"/>
                <w:sz w:val="22"/>
              </w:rPr>
              <w:fldChar w:fldCharType="begin"/>
            </w:r>
            <w:r w:rsidRPr="00E80020">
              <w:rPr>
                <w:rFonts w:asciiTheme="majorHAnsi" w:hAnsiTheme="majorHAnsi" w:cstheme="majorHAnsi"/>
                <w:sz w:val="22"/>
              </w:rPr>
              <w:instrText>NUMPAGES</w:instrText>
            </w:r>
            <w:r w:rsidRPr="00E80020">
              <w:rPr>
                <w:rFonts w:asciiTheme="majorHAnsi" w:hAnsiTheme="majorHAnsi" w:cstheme="majorHAnsi"/>
                <w:sz w:val="22"/>
              </w:rPr>
              <w:fldChar w:fldCharType="separate"/>
            </w:r>
            <w:r w:rsidRPr="00E80020">
              <w:rPr>
                <w:rFonts w:asciiTheme="majorHAnsi" w:hAnsiTheme="majorHAnsi" w:cstheme="majorHAnsi"/>
                <w:sz w:val="22"/>
                <w:lang w:val="pl-PL"/>
              </w:rPr>
              <w:t>2</w:t>
            </w:r>
            <w:r w:rsidRPr="00E80020">
              <w:rPr>
                <w:rFonts w:asciiTheme="majorHAnsi" w:hAnsiTheme="majorHAnsi" w:cstheme="majorHAnsi"/>
                <w:sz w:val="22"/>
              </w:rPr>
              <w:fldChar w:fldCharType="end"/>
            </w:r>
          </w:p>
        </w:sdtContent>
      </w:sdt>
    </w:sdtContent>
  </w:sdt>
  <w:p w14:paraId="0A272069" w14:textId="77777777" w:rsidR="00E80020" w:rsidRDefault="00E800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223A9" w14:textId="77777777" w:rsidR="008E1C6C" w:rsidRDefault="008E1C6C" w:rsidP="00521D9E">
      <w:pPr>
        <w:spacing w:after="0" w:line="240" w:lineRule="auto"/>
      </w:pPr>
      <w:r>
        <w:separator/>
      </w:r>
    </w:p>
  </w:footnote>
  <w:footnote w:type="continuationSeparator" w:id="0">
    <w:p w14:paraId="14A4F86C" w14:textId="77777777" w:rsidR="008E1C6C" w:rsidRDefault="008E1C6C" w:rsidP="00521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BC0853"/>
    <w:multiLevelType w:val="hybridMultilevel"/>
    <w:tmpl w:val="1AE2D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41744">
    <w:abstractNumId w:val="8"/>
  </w:num>
  <w:num w:numId="2" w16cid:durableId="496653577">
    <w:abstractNumId w:val="6"/>
  </w:num>
  <w:num w:numId="3" w16cid:durableId="437993611">
    <w:abstractNumId w:val="5"/>
  </w:num>
  <w:num w:numId="4" w16cid:durableId="1439642939">
    <w:abstractNumId w:val="4"/>
  </w:num>
  <w:num w:numId="5" w16cid:durableId="251087544">
    <w:abstractNumId w:val="7"/>
  </w:num>
  <w:num w:numId="6" w16cid:durableId="851797279">
    <w:abstractNumId w:val="3"/>
  </w:num>
  <w:num w:numId="7" w16cid:durableId="1820539937">
    <w:abstractNumId w:val="2"/>
  </w:num>
  <w:num w:numId="8" w16cid:durableId="134876593">
    <w:abstractNumId w:val="1"/>
  </w:num>
  <w:num w:numId="9" w16cid:durableId="1234782608">
    <w:abstractNumId w:val="0"/>
  </w:num>
  <w:num w:numId="10" w16cid:durableId="11649039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zRfHN2yFwltnXvyWbXR/8X34wxbIm+q9ILNFl7gVEFEQ1Lurf88AAiqXBWFKjDoY3cEZzZ3Q5lz1JKAEh/eCQ==" w:salt="kkC9BwmtzEyBU+IbULQe8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AB0"/>
    <w:rsid w:val="0006063C"/>
    <w:rsid w:val="0015074B"/>
    <w:rsid w:val="001E7C89"/>
    <w:rsid w:val="00207FB2"/>
    <w:rsid w:val="00250205"/>
    <w:rsid w:val="0029639D"/>
    <w:rsid w:val="00326F90"/>
    <w:rsid w:val="00334FF2"/>
    <w:rsid w:val="003A1F39"/>
    <w:rsid w:val="00521D9E"/>
    <w:rsid w:val="0056457A"/>
    <w:rsid w:val="00595B35"/>
    <w:rsid w:val="005C0BD4"/>
    <w:rsid w:val="005C4647"/>
    <w:rsid w:val="00686BA3"/>
    <w:rsid w:val="006F7F36"/>
    <w:rsid w:val="0073150E"/>
    <w:rsid w:val="00734698"/>
    <w:rsid w:val="007526BE"/>
    <w:rsid w:val="0083243A"/>
    <w:rsid w:val="008E1C6C"/>
    <w:rsid w:val="00AA1D8D"/>
    <w:rsid w:val="00B47730"/>
    <w:rsid w:val="00C711E8"/>
    <w:rsid w:val="00CB0664"/>
    <w:rsid w:val="00CB1FE4"/>
    <w:rsid w:val="00D9192A"/>
    <w:rsid w:val="00E80020"/>
    <w:rsid w:val="00F93FE8"/>
    <w:rsid w:val="00FB63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0919E1"/>
  <w14:defaultImageDpi w14:val="330"/>
  <w15:docId w15:val="{DAAF7609-1B5C-4A80-8CE9-2A2DD305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21D9E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054AB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um.warszawa.pl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FEF90F-5506-4BF3-B3DD-BF3D69EDBADE}"/>
      </w:docPartPr>
      <w:docPartBody>
        <w:p w:rsidR="0056608D" w:rsidRDefault="00723FEF">
          <w:r w:rsidRPr="00524C19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BD252F8694D91890767A2DB3F57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274B22-57DE-45DE-A5EB-4AE7D0EA8F72}"/>
      </w:docPartPr>
      <w:docPartBody>
        <w:p w:rsidR="0056608D" w:rsidRDefault="00723FEF" w:rsidP="00723FEF">
          <w:pPr>
            <w:pStyle w:val="854BD252F8694D91890767A2DB3F579D"/>
          </w:pPr>
          <w:r w:rsidRPr="00524C19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C998D9-4BE8-4E65-B793-BB9BFFCF4AA4}"/>
      </w:docPartPr>
      <w:docPartBody>
        <w:p w:rsidR="006C3837" w:rsidRDefault="00683D30">
          <w:r w:rsidRPr="00EC6683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EF"/>
    <w:rsid w:val="001E1A8B"/>
    <w:rsid w:val="00250205"/>
    <w:rsid w:val="00361AE8"/>
    <w:rsid w:val="0056457A"/>
    <w:rsid w:val="0056608D"/>
    <w:rsid w:val="005C4647"/>
    <w:rsid w:val="0067599B"/>
    <w:rsid w:val="00683D30"/>
    <w:rsid w:val="006C3837"/>
    <w:rsid w:val="00723FEF"/>
    <w:rsid w:val="0073150E"/>
    <w:rsid w:val="00776FF1"/>
    <w:rsid w:val="0078552D"/>
    <w:rsid w:val="00C711E8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83D30"/>
    <w:rPr>
      <w:color w:val="666666"/>
    </w:rPr>
  </w:style>
  <w:style w:type="paragraph" w:customStyle="1" w:styleId="854BD252F8694D91890767A2DB3F579D">
    <w:name w:val="854BD252F8694D91890767A2DB3F579D"/>
    <w:rsid w:val="00723F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E6CE13E9C83B4FBE0B2D31F3CA44E0" ma:contentTypeVersion="14" ma:contentTypeDescription="Utwórz nowy dokument." ma:contentTypeScope="" ma:versionID="949647698d82c46d1dded1d6bff60acd">
  <xsd:schema xmlns:xsd="http://www.w3.org/2001/XMLSchema" xmlns:xs="http://www.w3.org/2001/XMLSchema" xmlns:p="http://schemas.microsoft.com/office/2006/metadata/properties" xmlns:ns2="ab686e94-b155-4165-bffc-a64372afcd3b" xmlns:ns3="2dff7785-95c2-4617-85e1-2ff4b78752b8" targetNamespace="http://schemas.microsoft.com/office/2006/metadata/properties" ma:root="true" ma:fieldsID="82dfaf640e4ef78000ac7ff963c6c424" ns2:_="" ns3:_="">
    <xsd:import namespace="ab686e94-b155-4165-bffc-a64372afcd3b"/>
    <xsd:import namespace="2dff7785-95c2-4617-85e1-2ff4b7875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86e94-b155-4165-bffc-a64372af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f7785-95c2-4617-85e1-2ff4b78752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f0d606-9207-42e4-a914-792230feeb9d}" ma:internalName="TaxCatchAll" ma:showField="CatchAllData" ma:web="2dff7785-95c2-4617-85e1-2ff4b7875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ff7785-95c2-4617-85e1-2ff4b78752b8" xsi:nil="true"/>
    <lcf76f155ced4ddcb4097134ff3c332f xmlns="ab686e94-b155-4165-bffc-a64372afcd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1CA5D-29D1-4BBC-A503-7CE597284A8A}"/>
</file>

<file path=customXml/itemProps3.xml><?xml version="1.0" encoding="utf-8"?>
<ds:datastoreItem xmlns:ds="http://schemas.openxmlformats.org/officeDocument/2006/customXml" ds:itemID="{F2B68F80-B4B0-4453-9561-4B789E6EB7B2}"/>
</file>

<file path=customXml/itemProps4.xml><?xml version="1.0" encoding="utf-8"?>
<ds:datastoreItem xmlns:ds="http://schemas.openxmlformats.org/officeDocument/2006/customXml" ds:itemID="{E6786BC4-559C-4DAE-947A-F8E8AE506C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Jesiotr Patryk (CK)</dc:creator>
  <cp:keywords/>
  <dc:description>generated by python-docx</dc:description>
  <cp:lastModifiedBy>Jesiotr Patryk (CK)</cp:lastModifiedBy>
  <cp:revision>11</cp:revision>
  <dcterms:created xsi:type="dcterms:W3CDTF">2026-09-17T11:11:00Z</dcterms:created>
  <dcterms:modified xsi:type="dcterms:W3CDTF">2026-09-17T11:55:00Z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0x010100ECE6CE13E9C83B4FBE0B2D31F3CA44E0</vt:lpwstr>
  </property>
</Properties>
</file>